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90587D" w14:paraId="7E8D4C7B" w14:textId="77777777">
        <w:trPr>
          <w:jc w:val="center"/>
        </w:trPr>
        <w:tc>
          <w:tcPr>
            <w:tcW w:w="10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A425D7" w14:textId="77777777" w:rsidR="0090587D" w:rsidRDefault="00000000">
            <w:pPr>
              <w:jc w:val="center"/>
            </w:pPr>
            <w:r>
              <w:rPr>
                <w:b/>
                <w:sz w:val="22"/>
              </w:rPr>
              <w:t>HOSTED BY</w:t>
            </w:r>
          </w:p>
          <w:p w14:paraId="5C4C84BE" w14:textId="77777777" w:rsidR="0090587D" w:rsidRDefault="00000000">
            <w:pPr>
              <w:spacing w:before="80" w:after="0"/>
              <w:jc w:val="center"/>
            </w:pPr>
            <w:r>
              <w:rPr>
                <w:b/>
                <w:sz w:val="30"/>
              </w:rPr>
              <w:t>[HOST LOGO]</w:t>
            </w:r>
          </w:p>
        </w:tc>
      </w:tr>
    </w:tbl>
    <w:p w14:paraId="0DBBF443" w14:textId="77777777" w:rsidR="0090587D" w:rsidRDefault="00000000">
      <w:pPr>
        <w:spacing w:before="280" w:after="280"/>
        <w:jc w:val="center"/>
      </w:pPr>
      <w:r>
        <w:rPr>
          <w:noProof/>
        </w:rPr>
        <w:drawing>
          <wp:inline distT="0" distB="0" distL="0" distR="0" wp14:anchorId="2D24E528" wp14:editId="7B77EB52">
            <wp:extent cx="5257800" cy="222672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for12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226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65F44" w14:textId="77777777" w:rsidR="0090587D" w:rsidRDefault="00000000">
      <w:pPr>
        <w:spacing w:before="160" w:after="0"/>
        <w:jc w:val="center"/>
      </w:pPr>
      <w:r>
        <w:rPr>
          <w:rFonts w:ascii="Arial Narrow" w:hAnsi="Arial Narrow"/>
          <w:b/>
          <w:color w:val="21296B"/>
          <w:sz w:val="34"/>
        </w:rPr>
        <w:t>[UNITED BEFORE BREAKFAST / UNITED LUNCH &amp; LEARN / UNITED AFTER HOURS / OTHER]</w:t>
      </w:r>
    </w:p>
    <w:p w14:paraId="69D1A4FE" w14:textId="77777777" w:rsidR="0090587D" w:rsidRDefault="00000000">
      <w:pPr>
        <w:spacing w:after="100"/>
        <w:jc w:val="center"/>
      </w:pPr>
      <w:r>
        <w:rPr>
          <w:b/>
          <w:color w:val="FD372C"/>
        </w:rPr>
        <w:t>ONE COMMUNITY. ONE VOICE. ONE IMPACT.</w:t>
      </w:r>
    </w:p>
    <w:p w14:paraId="2AB396B1" w14:textId="77777777" w:rsidR="0090587D" w:rsidRDefault="00000000">
      <w:pPr>
        <w:spacing w:after="20"/>
        <w:jc w:val="center"/>
      </w:pPr>
      <w:r>
        <w:rPr>
          <w:b/>
          <w:color w:val="0044B5"/>
          <w:sz w:val="31"/>
        </w:rPr>
        <w:t>[DATE]</w:t>
      </w:r>
    </w:p>
    <w:p w14:paraId="46A8C5CA" w14:textId="77777777" w:rsidR="0090587D" w:rsidRDefault="00000000">
      <w:pPr>
        <w:spacing w:after="20"/>
        <w:jc w:val="center"/>
      </w:pPr>
      <w:r>
        <w:rPr>
          <w:b/>
          <w:color w:val="221E1F"/>
          <w:sz w:val="28"/>
        </w:rPr>
        <w:t>[TIME]</w:t>
      </w:r>
    </w:p>
    <w:p w14:paraId="53B8A6C8" w14:textId="77777777" w:rsidR="0090587D" w:rsidRDefault="00000000">
      <w:pPr>
        <w:spacing w:after="0"/>
        <w:jc w:val="center"/>
      </w:pPr>
      <w:r>
        <w:rPr>
          <w:b/>
          <w:color w:val="21296B"/>
          <w:sz w:val="23"/>
        </w:rPr>
        <w:t>[HOST ORGANIZATION]</w:t>
      </w:r>
    </w:p>
    <w:p w14:paraId="6DE31CAC" w14:textId="77777777" w:rsidR="0090587D" w:rsidRDefault="00000000">
      <w:pPr>
        <w:spacing w:after="120"/>
        <w:jc w:val="center"/>
      </w:pPr>
      <w:r>
        <w:rPr>
          <w:color w:val="221E1F"/>
        </w:rPr>
        <w:t>[LOCATION]</w:t>
      </w:r>
    </w:p>
    <w:p w14:paraId="3CCFE068" w14:textId="77777777" w:rsidR="0090587D" w:rsidRDefault="0090587D">
      <w:pPr>
        <w:spacing w:after="60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90587D" w14:paraId="78FC261F" w14:textId="77777777">
        <w:trPr>
          <w:jc w:val="center"/>
        </w:trPr>
        <w:tc>
          <w:tcPr>
            <w:tcW w:w="10800" w:type="dxa"/>
            <w:tcBorders>
              <w:top w:val="nil"/>
              <w:left w:val="nil"/>
              <w:bottom w:val="nil"/>
              <w:right w:val="nil"/>
            </w:tcBorders>
            <w:shd w:val="clear" w:color="auto" w:fill="F3F6FB"/>
            <w:tcMar>
              <w:top w:w="70" w:type="dxa"/>
              <w:left w:w="80" w:type="dxa"/>
              <w:bottom w:w="60" w:type="dxa"/>
              <w:right w:w="80" w:type="dxa"/>
            </w:tcMar>
          </w:tcPr>
          <w:p w14:paraId="0DE0BB3E" w14:textId="77777777" w:rsidR="0090587D" w:rsidRDefault="00000000">
            <w:pPr>
              <w:spacing w:after="60"/>
              <w:jc w:val="center"/>
            </w:pPr>
            <w:r>
              <w:rPr>
                <w:b/>
                <w:color w:val="646567"/>
                <w:sz w:val="17"/>
              </w:rPr>
              <w:t>TOGETHER WITH OUR COMMUNITY PARTNERS</w:t>
            </w:r>
          </w:p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411"/>
              <w:gridCol w:w="1411"/>
              <w:gridCol w:w="1411"/>
              <w:gridCol w:w="1411"/>
              <w:gridCol w:w="1411"/>
              <w:gridCol w:w="1411"/>
              <w:gridCol w:w="1411"/>
            </w:tblGrid>
            <w:tr w:rsidR="0090587D" w14:paraId="1F45A1A8" w14:textId="77777777">
              <w:trPr>
                <w:jc w:val="center"/>
              </w:trPr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14:paraId="017BFB9D" w14:textId="77777777" w:rsidR="0090587D" w:rsidRDefault="00000000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428BA70B" wp14:editId="02942D63">
                        <wp:extent cx="502920" cy="502920"/>
                        <wp:effectExtent l="0" t="0" r="0" b="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4h.png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2920" cy="502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14:paraId="0C707175" w14:textId="77777777" w:rsidR="0090587D" w:rsidRDefault="00000000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099DE105" wp14:editId="08CE3D30">
                        <wp:extent cx="502920" cy="473212"/>
                        <wp:effectExtent l="0" t="0" r="0" b="0"/>
                        <wp:docPr id="4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bgc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2920" cy="4732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14:paraId="50BD4A8E" w14:textId="77777777" w:rsidR="0090587D" w:rsidRDefault="00000000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6B0DFFAA" wp14:editId="13161845">
                        <wp:extent cx="786384" cy="203149"/>
                        <wp:effectExtent l="0" t="0" r="0" b="0"/>
                        <wp:docPr id="5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ontact.pn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2031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14:paraId="08E1FFA5" w14:textId="77777777" w:rsidR="0090587D" w:rsidRDefault="00000000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51ADD739" wp14:editId="15267C7A">
                        <wp:extent cx="713232" cy="252603"/>
                        <wp:effectExtent l="0" t="0" r="0" b="0"/>
                        <wp:docPr id="6" name="Pictur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orge.pn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3232" cy="2526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14:paraId="611914D6" w14:textId="77777777" w:rsidR="0090587D" w:rsidRDefault="00000000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008214D6" wp14:editId="19661848">
                        <wp:extent cx="502920" cy="502920"/>
                        <wp:effectExtent l="0" t="0" r="0" b="0"/>
                        <wp:docPr id="7" name="Pictur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helping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2920" cy="502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14:paraId="1A4142EA" w14:textId="77777777" w:rsidR="0090587D" w:rsidRDefault="00000000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7CBE4105" wp14:editId="29D1515E">
                        <wp:extent cx="502920" cy="553673"/>
                        <wp:effectExtent l="0" t="0" r="0" b="0"/>
                        <wp:docPr id="8" name="Pictur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alvation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2920" cy="5536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14:paraId="54B0D76F" w14:textId="77777777" w:rsidR="0090587D" w:rsidRDefault="00000000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5E2B5EA2" wp14:editId="40DA64BD">
                        <wp:extent cx="502920" cy="410718"/>
                        <wp:effectExtent l="0" t="0" r="0" b="0"/>
                        <wp:docPr id="9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ymca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2920" cy="4107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0587D" w14:paraId="46C4D168" w14:textId="77777777">
              <w:trPr>
                <w:jc w:val="center"/>
              </w:trPr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14:paraId="4D5765D3" w14:textId="77777777" w:rsidR="0090587D" w:rsidRDefault="00000000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1557721E" wp14:editId="56C19900">
                        <wp:extent cx="713232" cy="291777"/>
                        <wp:effectExtent l="0" t="0" r="0" b="0"/>
                        <wp:docPr id="10" name="Pictur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afehaven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3232" cy="2917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14:paraId="2CEA278B" w14:textId="77777777" w:rsidR="0090587D" w:rsidRDefault="00000000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5C17865D" wp14:editId="0D8A972C">
                        <wp:extent cx="713232" cy="291363"/>
                        <wp:effectExtent l="0" t="0" r="0" b="0"/>
                        <wp:docPr id="11" name="Pictur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ally_clean.png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3232" cy="2913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14:paraId="2DFBDBCF" w14:textId="77777777" w:rsidR="0090587D" w:rsidRDefault="00000000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18D6305A" wp14:editId="6C09BD77">
                        <wp:extent cx="786384" cy="241532"/>
                        <wp:effectExtent l="0" t="0" r="0" b="0"/>
                        <wp:docPr id="12" name="Picture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irlscouts.png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2415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14:paraId="322C65A6" w14:textId="77777777" w:rsidR="0090587D" w:rsidRDefault="00000000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4CB67717" wp14:editId="0F0386C0">
                        <wp:extent cx="786384" cy="195148"/>
                        <wp:effectExtent l="0" t="0" r="0" b="0"/>
                        <wp:docPr id="13" name="Picture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redcross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1951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14:paraId="6C4455C9" w14:textId="77777777" w:rsidR="0090587D" w:rsidRDefault="00000000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15551B9D" wp14:editId="7D1121C9">
                        <wp:extent cx="502920" cy="502920"/>
                        <wp:effectExtent l="0" t="0" r="0" b="0"/>
                        <wp:docPr id="14" name="Picture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tarkvill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2920" cy="502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14:paraId="149C00F9" w14:textId="77777777" w:rsidR="0090587D" w:rsidRDefault="00000000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154A0E5D" wp14:editId="5515C074">
                        <wp:extent cx="502920" cy="524565"/>
                        <wp:effectExtent l="0" t="0" r="0" b="0"/>
                        <wp:docPr id="15" name="Pictur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ather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2920" cy="5245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</w:tcPr>
                <w:p w14:paraId="3FDE1B29" w14:textId="77777777" w:rsidR="0090587D" w:rsidRDefault="00000000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3E850499" wp14:editId="100E2EFC">
                        <wp:extent cx="502920" cy="496634"/>
                        <wp:effectExtent l="0" t="0" r="0" b="0"/>
                        <wp:docPr id="16" name="Pictur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boyscouts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2920" cy="4966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7A250A3" w14:textId="77777777" w:rsidR="0090587D" w:rsidRDefault="0090587D"/>
        </w:tc>
      </w:tr>
    </w:tbl>
    <w:p w14:paraId="7C4F7A34" w14:textId="77777777" w:rsidR="0090587D" w:rsidRDefault="00000000">
      <w:pPr>
        <w:spacing w:before="160" w:after="40"/>
        <w:jc w:val="center"/>
      </w:pPr>
      <w:r>
        <w:rPr>
          <w:b/>
          <w:color w:val="D12626"/>
          <w:sz w:val="23"/>
        </w:rPr>
        <w:t>COME CONNECT. HEAR THE STORY. BE PART OF WHAT HAPPENS NEXT.</w:t>
      </w:r>
    </w:p>
    <w:p w14:paraId="10102257" w14:textId="77777777" w:rsidR="0090587D" w:rsidRDefault="00000000">
      <w:pPr>
        <w:spacing w:after="40"/>
        <w:ind w:left="792" w:right="792"/>
        <w:jc w:val="center"/>
      </w:pPr>
      <w:r>
        <w:rPr>
          <w:color w:val="221E1F"/>
          <w:sz w:val="19"/>
        </w:rPr>
        <w:t>Join us for an hour of connection, conversation, and community impact. Meet the local agencies working together across our region and discover how you can be part of something greater.</w:t>
      </w:r>
    </w:p>
    <w:p w14:paraId="56022A69" w14:textId="77777777" w:rsidR="0090587D" w:rsidRDefault="00000000">
      <w:pPr>
        <w:spacing w:after="0"/>
        <w:jc w:val="center"/>
      </w:pPr>
      <w:r>
        <w:rPr>
          <w:b/>
          <w:color w:val="0044B5"/>
          <w:sz w:val="17"/>
        </w:rPr>
        <w:t>CONNECTION  •  COMMUNITY  •  DOOR PRIZES  •  LOCAL IMPACT</w:t>
      </w:r>
    </w:p>
    <w:p w14:paraId="2C21F0F0" w14:textId="77777777" w:rsidR="0090587D" w:rsidRDefault="00000000">
      <w:pPr>
        <w:jc w:val="center"/>
      </w:pPr>
      <w:r>
        <w:rPr>
          <w:b/>
          <w:color w:val="21296B"/>
          <w:sz w:val="16"/>
        </w:rPr>
        <w:t>EDIT ONLY THE BRACKETED FIELDS ABOVE. KEEP 12 FOR 12 CAMPAIGN BRANDING IN PLACE.</w:t>
      </w:r>
    </w:p>
    <w:sectPr w:rsidR="0090587D" w:rsidSect="00034616">
      <w:pgSz w:w="12240" w:h="15840"/>
      <w:pgMar w:top="360" w:right="720" w:bottom="317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16014625">
    <w:abstractNumId w:val="8"/>
  </w:num>
  <w:num w:numId="2" w16cid:durableId="1350063471">
    <w:abstractNumId w:val="6"/>
  </w:num>
  <w:num w:numId="3" w16cid:durableId="898590063">
    <w:abstractNumId w:val="5"/>
  </w:num>
  <w:num w:numId="4" w16cid:durableId="953097781">
    <w:abstractNumId w:val="4"/>
  </w:num>
  <w:num w:numId="5" w16cid:durableId="1020472931">
    <w:abstractNumId w:val="7"/>
  </w:num>
  <w:num w:numId="6" w16cid:durableId="326717322">
    <w:abstractNumId w:val="3"/>
  </w:num>
  <w:num w:numId="7" w16cid:durableId="1755784817">
    <w:abstractNumId w:val="2"/>
  </w:num>
  <w:num w:numId="8" w16cid:durableId="98726428">
    <w:abstractNumId w:val="1"/>
  </w:num>
  <w:num w:numId="9" w16cid:durableId="1014838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90587D"/>
    <w:rsid w:val="00997A04"/>
    <w:rsid w:val="00AA1D8D"/>
    <w:rsid w:val="00B47730"/>
    <w:rsid w:val="00C936B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25FC26"/>
  <w14:defaultImageDpi w14:val="300"/>
  <w15:docId w15:val="{B3798CDF-5645-4410-9174-E12878806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Renee Sanders</cp:lastModifiedBy>
  <cp:revision>2</cp:revision>
  <dcterms:created xsi:type="dcterms:W3CDTF">2026-09-27T01:37:00Z</dcterms:created>
  <dcterms:modified xsi:type="dcterms:W3CDTF">2026-09-27T01:37:00Z</dcterms:modified>
  <cp:category/>
</cp:coreProperties>
</file>